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אמר? הרצל, בן־יהודה, אחד העם והתנ״ך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הדמויות הקשורות לרעיון מדינת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למי שייכים משפטים וסיסמאות מפורסמים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חזון מדיני, תחיית השפה ותרבות רוחנית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אמר? (רב-ברירה)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בנימין זאב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אליעזר בן־יהודה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אחד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חוזה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בן־יהודה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הרעיון המרכזי בחזון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דגל בציונות רוחנית ותרבותית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פעל ליצירת מילים חדשות ולדיבור עברי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ציטוטים גם מהרצל, בן־יהודה ואחד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היו ביניהם הבדלי גישה - מדיני מול רוחני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רוחנית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תרצו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תנ״ך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לרעיון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(חזון מדיני להקמת מדינה ליהודים)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(החייאת השפה העברית כשפה מדוברת)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(ציונות רוחנית ומרכז תרבותי)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(מקור עתיק לרעיונות ולציטוטים)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הזמן (מהקדום למאוחר)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התנ״ך וסיפוריו העתיקים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מפתח את רעיון המדינה היהודית המודרנית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בן־יהודה פועל להחזרת העברית לשפה מדוברת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אחד העם מפתח את רעיון הציונות הרוחנית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אחד מהם תרם תרומה שונה וחשובה - הרצל הוביל את הרעיון להקמת מדינה, ובן־יהודה עזר להחיות את השפה העברית כשפה חיה ומדוברת.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התמקד בהקמת מדינה מדינית ממשית, בעוד אחד העם התמקד בחיזוק התרבות והרוח של העם.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אליעזר בן־יהודה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הרצל - חזון מדיני; אחד העם - חזון רוחני ותרבותי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בקריאה קולית של אחד הציטוטים ולשאול את התלמידים לנחש מי אמר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בלוח כדי לסכם את שלוש הדמויות ואת הרעיון המרכזי של כל אחת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התרגול לדף המקורות באתר כדי להעמיק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אמר? הרצל, בן־יהודה, אחד העם והתנ״ך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לזהות מי עומד מאחורי משפטים ורעיונות חשובים בתולדות הציונות - הרצל, בן־יהודה, אחד העם או מקורות מהתנ״ך.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אמר? (רב-ברירה)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אמר את המשפט ׳אם תרצו אין זו אגדה׳?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בנימין זאב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אליעזר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נחשב ל׳אבי העברית המדוברת׳?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אליעזר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טען שארץ ישראל צריכה להיות מרכז רוחני ותרבותי?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אברהם אבינו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דמות כתבה את הספר ׳מדינת היהודים׳?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בן־גוריון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כינוי מתאים להרצל?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חוזה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אבי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איש 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המלך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משלוש הדמויות עסק בעיקר בהחייאת שפה?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האמין שחלום מדינה ליהודים יכול להתגשם.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העם חשב שהציונות צריכה להתמקד רק בצבא וביטחון.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אליעזר בן־יהודה עזר להפוך את העברית לשפה מדוברת.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עשרת הציטוטים בדף מגיעים מהתנ״ך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ואחד העם חשבו תמיד באותה דרך בדיוק על עתיד העם היהודי.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נקרא __________ המדינה בזכות החזון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אליעזר בן־יהודה פעל להחזרת השפה ה__________ לדיבור יומיומי.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אחד העם דגל ברעיון של ציונות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הרצל כתב שאם __________ - אין זו אגדה.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חלק מהציטוטים בדף מקורם ב__________, הספר העתיק של העם היהודי.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לרעיון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החייאת השפה העברית כשפה מדוברת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אליעזר בן־יהודה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ציונות רוחנית ומרכז תרבותי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אחד העם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מקור עתיק לרעיונות ולציטוטים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התנ״ך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חזון מדיני להקמת מדינה ליהודים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הזמן (מהקדום למאוחר)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מפתח את רעיון המדינה היהודית המודרנית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התנ״ך וסיפוריו העתיקים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העם מפתח את רעיון הציונות הרוחנית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פועל להחזרת העברית לשפה מדוברת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אנשים כמו הרצל ובן־יהודה נחשבים חשובים בתולדות העם היהודי.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הרעיון של הרצל לרעיון של אחד העם?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אמר ׳אם תרצו אין זו אגדה׳?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עסק בהחייאת השפה העברית?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הגישה של הרצל לגישה של אחד העם?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אמר? הרצל, בן־יהודה, אחד העם והתנ״ך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