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אמר? הרצל, בן־יהודה, אחד העם והתנ״ך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הדמויות הקשורות לרעיון מדינת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למי שייכים משפטים וסיסמאות מפורסמים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חזון מדיני, תחיית השפה ותרבות רוחנית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אמר? (רב-ברירה)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בנימין זאב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אליעזר בן־יהודה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הרצל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הרעיון המרכזי בחזון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דגל בציונות רוחנית ותרבותית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רוחנית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לרעיון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(חזון מדיני להקמת מדינה ליהודים)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(החייאת השפה העברית כשפה מדוברת)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(ציונות רוחנית ומרכז תרבותי)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(מקור עתיק לרעיונות ולציטוטים)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הזמן (מהקדום למאוחר)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התנ״ך וסיפוריו העתיקים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מפתח את רעיון המדינה היהודית המודרנית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בן־יהודה פועל להחזרת העברית לשפה מדוברת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אחד העם מפתח את רעיון הציונות הרוחנית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אליעזר בן־יהודה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הרצל - חזון מדיני; אחד העם - חזון רוחני ותרבותי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בקריאה קולית של אחד הציטוטים ולשאול את התלמידים לנחש מי אמר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בלוח כדי לסכם את שלוש הדמויות ואת הרעיון המרכזי של כל אחת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התרגול לדף המקורות באתר כדי להעמיק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אמר? הרצל, בן־יהודה, אחד העם והתנ״ך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לזהות מי עומד מאחורי משפטים ורעיונות חשובים בתולדות הציונות - הרצל, בן־יהודה, אחד העם או מקורות מהתנ״ך.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עברית  ·  חוזה  ·  רוחנית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 אמר? (רב-ברירה)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אמר את המשפט ׳אם תרצו אין זו אגדה׳?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בנימין זאב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אליעזר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נחשב ל׳אבי העברית המדוברת׳?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אליעזר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דמות כתבה את הספר ׳מדינת היהודים׳?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אחד העם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האמין שחלום מדינה ליהודים יכול להתגשם.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אחד העם חשב שהציונות צריכה להתמקד רק בצבא וביטחון.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נקרא __________ המדינה בזכות החזון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אליעזר בן־יהודה פעל להחזרת השפה ה__________ לדיבור יומיומי.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אחד העם דגל ברעיון של ציונות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דמות לרעיון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מקור עתיק לרעיונות ולציטוטים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אליעזר בן־יהודה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חזון מדיני להקמת מדינה ליהודים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אחד העם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החייאת השפה העברית כשפה מדוברת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התנ״ך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ציונות רוחנית ומרכז תרבותי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הזמן (מהקדום למאוחר)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אחד העם מפתח את רעיון הציונות הרוחנית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בן־יהודה פועל להחזרת העברית לשפה מדוברת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מפתח את רעיון המדינה היהודית המודרנית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התנ״ך וסיפוריו העתיקים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אמר ׳אם תרצו אין זו אגדה׳?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עסק בהחייאת השפה העברית?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אמר? הרצל, בן־יהודה, אחד העם והתנ״ך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